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245F" w14:textId="77777777" w:rsidR="00C844AF" w:rsidRDefault="00C844AF"/>
    <w:p w14:paraId="5C3AFF3D" w14:textId="77777777" w:rsidR="00C844AF" w:rsidRPr="00C844AF" w:rsidRDefault="00C844AF">
      <w:pPr>
        <w:rPr>
          <w:rFonts w:ascii="Calibri" w:hAnsi="Calibri" w:cs="Calibri"/>
          <w:sz w:val="24"/>
          <w:szCs w:val="24"/>
        </w:rPr>
      </w:pPr>
    </w:p>
    <w:p w14:paraId="202BB8E0" w14:textId="6C681E22" w:rsidR="00C844AF" w:rsidRDefault="00C844AF">
      <w:pPr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Załącznik nr 2</w:t>
      </w:r>
      <w:r>
        <w:rPr>
          <w:rFonts w:ascii="Calibri" w:hAnsi="Calibri" w:cs="Calibri"/>
          <w:sz w:val="24"/>
          <w:szCs w:val="24"/>
        </w:rPr>
        <w:t>. Oświadczenia</w:t>
      </w:r>
      <w:r w:rsidR="00904079">
        <w:rPr>
          <w:rFonts w:ascii="Calibri" w:hAnsi="Calibri" w:cs="Calibri"/>
          <w:sz w:val="24"/>
          <w:szCs w:val="24"/>
        </w:rPr>
        <w:t>.</w:t>
      </w:r>
    </w:p>
    <w:p w14:paraId="68E707AD" w14:textId="77777777" w:rsidR="00904079" w:rsidRDefault="00904079">
      <w:pPr>
        <w:rPr>
          <w:rFonts w:ascii="Calibri" w:hAnsi="Calibri" w:cs="Calibri"/>
          <w:sz w:val="24"/>
          <w:szCs w:val="24"/>
        </w:rPr>
      </w:pPr>
    </w:p>
    <w:p w14:paraId="65EA9CA7" w14:textId="77777777" w:rsidR="00904079" w:rsidRPr="00C844AF" w:rsidRDefault="00904079">
      <w:pPr>
        <w:rPr>
          <w:rFonts w:ascii="Calibri" w:hAnsi="Calibri" w:cs="Calibri"/>
          <w:sz w:val="24"/>
          <w:szCs w:val="24"/>
        </w:rPr>
      </w:pPr>
    </w:p>
    <w:p w14:paraId="714A580A" w14:textId="77777777" w:rsidR="00C844AF" w:rsidRPr="00C844AF" w:rsidRDefault="00C844AF">
      <w:pPr>
        <w:rPr>
          <w:rFonts w:ascii="Calibri" w:hAnsi="Calibri" w:cs="Calibri"/>
          <w:sz w:val="24"/>
          <w:szCs w:val="24"/>
        </w:rPr>
      </w:pPr>
    </w:p>
    <w:p w14:paraId="7C39113C" w14:textId="5E5EAE1C" w:rsidR="00C15C4E" w:rsidRPr="00C844AF" w:rsidRDefault="00000000" w:rsidP="00C844AF">
      <w:pPr>
        <w:jc w:val="center"/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OŚWIADCZENIA</w:t>
      </w:r>
    </w:p>
    <w:p w14:paraId="3457163F" w14:textId="77777777" w:rsidR="00C15C4E" w:rsidRPr="00C844AF" w:rsidRDefault="00C15C4E">
      <w:pPr>
        <w:rPr>
          <w:rFonts w:ascii="Calibri" w:hAnsi="Calibri" w:cs="Calibri"/>
          <w:sz w:val="24"/>
          <w:szCs w:val="24"/>
        </w:rPr>
      </w:pPr>
    </w:p>
    <w:p w14:paraId="0BFD34A6" w14:textId="77777777" w:rsidR="00C15C4E" w:rsidRPr="00C844AF" w:rsidRDefault="00000000">
      <w:pPr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Oświadczenie o autorstwie:</w:t>
      </w:r>
    </w:p>
    <w:p w14:paraId="0BD97BE8" w14:textId="1B1997F4" w:rsidR="00C15C4E" w:rsidRPr="00C844AF" w:rsidRDefault="00000000">
      <w:pPr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Ja, .......................................................... oświadczam</w:t>
      </w:r>
      <w:r w:rsidR="00C844AF" w:rsidRPr="00C844AF">
        <w:rPr>
          <w:rFonts w:ascii="Calibri" w:hAnsi="Calibri" w:cs="Calibri"/>
          <w:sz w:val="24"/>
          <w:szCs w:val="24"/>
        </w:rPr>
        <w:t>/y</w:t>
      </w:r>
      <w:r w:rsidRPr="00C844AF">
        <w:rPr>
          <w:rFonts w:ascii="Calibri" w:hAnsi="Calibri" w:cs="Calibri"/>
          <w:sz w:val="24"/>
          <w:szCs w:val="24"/>
        </w:rPr>
        <w:t>, że zgłoszony projekt jest moim oryginalnym dziełem.</w:t>
      </w:r>
    </w:p>
    <w:p w14:paraId="31731E37" w14:textId="77777777" w:rsidR="00C15C4E" w:rsidRPr="00C844AF" w:rsidRDefault="00C15C4E">
      <w:pPr>
        <w:rPr>
          <w:rFonts w:ascii="Calibri" w:hAnsi="Calibri" w:cs="Calibri"/>
          <w:sz w:val="24"/>
          <w:szCs w:val="24"/>
        </w:rPr>
      </w:pPr>
    </w:p>
    <w:p w14:paraId="285B00E5" w14:textId="77777777" w:rsidR="00C15C4E" w:rsidRPr="00C844AF" w:rsidRDefault="00000000">
      <w:pPr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Oświadczenie RODO i przeniesienia praw autorskich:</w:t>
      </w:r>
    </w:p>
    <w:p w14:paraId="463E0DA9" w14:textId="35191792" w:rsidR="00C15C4E" w:rsidRPr="00C844AF" w:rsidRDefault="00000000" w:rsidP="00904079">
      <w:pPr>
        <w:jc w:val="both"/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Wyrażam zgodę na przetwarzanie danych osobowych na potrzeby konkursu</w:t>
      </w:r>
      <w:r w:rsidR="00904079">
        <w:rPr>
          <w:rFonts w:ascii="Calibri" w:hAnsi="Calibri" w:cs="Calibri"/>
          <w:sz w:val="24"/>
          <w:szCs w:val="24"/>
        </w:rPr>
        <w:t xml:space="preserve"> na wykonanie </w:t>
      </w:r>
      <w:r w:rsidR="00904079" w:rsidRPr="00904079">
        <w:rPr>
          <w:rFonts w:ascii="Calibri" w:hAnsi="Calibri" w:cs="Calibri"/>
          <w:sz w:val="24"/>
          <w:szCs w:val="24"/>
        </w:rPr>
        <w:t xml:space="preserve">projektu muralu </w:t>
      </w:r>
      <w:r w:rsidR="00AB24F6">
        <w:rPr>
          <w:rFonts w:ascii="Calibri" w:hAnsi="Calibri" w:cs="Calibri"/>
          <w:sz w:val="24"/>
          <w:szCs w:val="24"/>
        </w:rPr>
        <w:t xml:space="preserve">terapeutycznego </w:t>
      </w:r>
      <w:r w:rsidR="00904079" w:rsidRPr="00904079">
        <w:rPr>
          <w:rFonts w:ascii="Calibri" w:hAnsi="Calibri" w:cs="Calibri"/>
          <w:sz w:val="24"/>
          <w:szCs w:val="24"/>
        </w:rPr>
        <w:t>w budynku świetlicy Wojewódzkiego Szpitala Zdrowia Psychicznego im. dr. Józefa Bednarza w Świeciu</w:t>
      </w:r>
      <w:r w:rsidRPr="00C844AF">
        <w:rPr>
          <w:rFonts w:ascii="Calibri" w:hAnsi="Calibri" w:cs="Calibri"/>
          <w:sz w:val="24"/>
          <w:szCs w:val="24"/>
        </w:rPr>
        <w:t>.</w:t>
      </w:r>
    </w:p>
    <w:p w14:paraId="559ED646" w14:textId="5D4B0A7B" w:rsidR="00C15C4E" w:rsidRDefault="00000000">
      <w:pPr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W przypadku uzyskania I</w:t>
      </w:r>
      <w:r w:rsidR="00C3799E">
        <w:rPr>
          <w:rFonts w:ascii="Calibri" w:hAnsi="Calibri" w:cs="Calibri"/>
          <w:sz w:val="24"/>
          <w:szCs w:val="24"/>
        </w:rPr>
        <w:t xml:space="preserve"> miejsca</w:t>
      </w:r>
      <w:r w:rsidRPr="00C844AF">
        <w:rPr>
          <w:rFonts w:ascii="Calibri" w:hAnsi="Calibri" w:cs="Calibri"/>
          <w:sz w:val="24"/>
          <w:szCs w:val="24"/>
        </w:rPr>
        <w:t xml:space="preserve"> przenoszę nieodpłatnie majątkowe prawa autorskie do projektu na Organizatora.</w:t>
      </w:r>
    </w:p>
    <w:p w14:paraId="44616671" w14:textId="77777777" w:rsidR="00904079" w:rsidRDefault="00904079">
      <w:pPr>
        <w:rPr>
          <w:rFonts w:ascii="Calibri" w:hAnsi="Calibri" w:cs="Calibri"/>
          <w:sz w:val="24"/>
          <w:szCs w:val="24"/>
        </w:rPr>
      </w:pPr>
    </w:p>
    <w:p w14:paraId="130A7F6B" w14:textId="77777777" w:rsidR="00904079" w:rsidRDefault="00904079">
      <w:pPr>
        <w:rPr>
          <w:rFonts w:ascii="Calibri" w:hAnsi="Calibri" w:cs="Calibri"/>
          <w:sz w:val="24"/>
          <w:szCs w:val="24"/>
        </w:rPr>
      </w:pPr>
    </w:p>
    <w:p w14:paraId="2CDAA65A" w14:textId="77777777" w:rsidR="00904079" w:rsidRDefault="00904079">
      <w:pPr>
        <w:rPr>
          <w:rFonts w:ascii="Calibri" w:hAnsi="Calibri" w:cs="Calibri"/>
          <w:sz w:val="24"/>
          <w:szCs w:val="24"/>
        </w:rPr>
      </w:pPr>
    </w:p>
    <w:p w14:paraId="498F1904" w14:textId="77777777" w:rsidR="00C15C4E" w:rsidRPr="00C844AF" w:rsidRDefault="00C15C4E">
      <w:pPr>
        <w:rPr>
          <w:rFonts w:ascii="Calibri" w:hAnsi="Calibri" w:cs="Calibri"/>
          <w:sz w:val="24"/>
          <w:szCs w:val="24"/>
        </w:rPr>
      </w:pPr>
    </w:p>
    <w:p w14:paraId="11BF8346" w14:textId="77777777" w:rsidR="00C15C4E" w:rsidRDefault="00000000" w:rsidP="00C844AF">
      <w:pPr>
        <w:jc w:val="right"/>
        <w:rPr>
          <w:rFonts w:ascii="Calibri" w:hAnsi="Calibri" w:cs="Calibri"/>
          <w:sz w:val="24"/>
          <w:szCs w:val="24"/>
        </w:rPr>
      </w:pPr>
      <w:r w:rsidRPr="00C844AF">
        <w:rPr>
          <w:rFonts w:ascii="Calibri" w:hAnsi="Calibri" w:cs="Calibri"/>
          <w:sz w:val="24"/>
          <w:szCs w:val="24"/>
        </w:rPr>
        <w:t>Data i podpis:</w:t>
      </w:r>
    </w:p>
    <w:p w14:paraId="08117390" w14:textId="77777777" w:rsidR="00AB24F6" w:rsidRPr="00C844AF" w:rsidRDefault="00AB24F6" w:rsidP="00C844AF">
      <w:pPr>
        <w:jc w:val="right"/>
        <w:rPr>
          <w:rFonts w:ascii="Calibri" w:hAnsi="Calibri" w:cs="Calibri"/>
          <w:sz w:val="24"/>
          <w:szCs w:val="24"/>
        </w:rPr>
      </w:pPr>
    </w:p>
    <w:p w14:paraId="7B1BDF94" w14:textId="77777777" w:rsidR="00C15C4E" w:rsidRDefault="00000000" w:rsidP="00C844AF">
      <w:pPr>
        <w:jc w:val="right"/>
      </w:pPr>
      <w:r>
        <w:t>..........................................................</w:t>
      </w:r>
    </w:p>
    <w:sectPr w:rsidR="00C15C4E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FFE69" w14:textId="77777777" w:rsidR="00F17E22" w:rsidRDefault="00F17E22" w:rsidP="00C844AF">
      <w:pPr>
        <w:spacing w:after="0" w:line="240" w:lineRule="auto"/>
      </w:pPr>
      <w:r>
        <w:separator/>
      </w:r>
    </w:p>
  </w:endnote>
  <w:endnote w:type="continuationSeparator" w:id="0">
    <w:p w14:paraId="490A12D1" w14:textId="77777777" w:rsidR="00F17E22" w:rsidRDefault="00F17E22" w:rsidP="00C8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3FF94" w14:textId="77777777" w:rsidR="00F17E22" w:rsidRDefault="00F17E22" w:rsidP="00C844AF">
      <w:pPr>
        <w:spacing w:after="0" w:line="240" w:lineRule="auto"/>
      </w:pPr>
      <w:r>
        <w:separator/>
      </w:r>
    </w:p>
  </w:footnote>
  <w:footnote w:type="continuationSeparator" w:id="0">
    <w:p w14:paraId="5E21BD50" w14:textId="77777777" w:rsidR="00F17E22" w:rsidRDefault="00F17E22" w:rsidP="00C84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3BF3" w14:textId="092D9BA3" w:rsidR="00C844AF" w:rsidRDefault="00C844A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B86C18" wp14:editId="2557C981">
          <wp:simplePos x="0" y="0"/>
          <wp:positionH relativeFrom="margin">
            <wp:posOffset>0</wp:posOffset>
          </wp:positionH>
          <wp:positionV relativeFrom="paragraph">
            <wp:posOffset>-190500</wp:posOffset>
          </wp:positionV>
          <wp:extent cx="5762625" cy="1047750"/>
          <wp:effectExtent l="0" t="0" r="9525" b="0"/>
          <wp:wrapNone/>
          <wp:docPr id="1682440744" name="Obraz 1682440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139397">
    <w:abstractNumId w:val="8"/>
  </w:num>
  <w:num w:numId="2" w16cid:durableId="1848209845">
    <w:abstractNumId w:val="6"/>
  </w:num>
  <w:num w:numId="3" w16cid:durableId="1878616135">
    <w:abstractNumId w:val="5"/>
  </w:num>
  <w:num w:numId="4" w16cid:durableId="1942372340">
    <w:abstractNumId w:val="4"/>
  </w:num>
  <w:num w:numId="5" w16cid:durableId="151485928">
    <w:abstractNumId w:val="7"/>
  </w:num>
  <w:num w:numId="6" w16cid:durableId="1348869847">
    <w:abstractNumId w:val="3"/>
  </w:num>
  <w:num w:numId="7" w16cid:durableId="1350570886">
    <w:abstractNumId w:val="2"/>
  </w:num>
  <w:num w:numId="8" w16cid:durableId="1947034592">
    <w:abstractNumId w:val="1"/>
  </w:num>
  <w:num w:numId="9" w16cid:durableId="137064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311"/>
    <w:rsid w:val="0015074B"/>
    <w:rsid w:val="0029639D"/>
    <w:rsid w:val="002B1998"/>
    <w:rsid w:val="00326F90"/>
    <w:rsid w:val="00477749"/>
    <w:rsid w:val="006C7742"/>
    <w:rsid w:val="00885EC6"/>
    <w:rsid w:val="00904079"/>
    <w:rsid w:val="009358F5"/>
    <w:rsid w:val="009C1632"/>
    <w:rsid w:val="00A13E77"/>
    <w:rsid w:val="00AA1D8D"/>
    <w:rsid w:val="00AB24F6"/>
    <w:rsid w:val="00AD1B69"/>
    <w:rsid w:val="00B47730"/>
    <w:rsid w:val="00C15C4E"/>
    <w:rsid w:val="00C3799E"/>
    <w:rsid w:val="00C844AF"/>
    <w:rsid w:val="00CB0664"/>
    <w:rsid w:val="00DC424F"/>
    <w:rsid w:val="00F17E22"/>
    <w:rsid w:val="00F554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A675D"/>
  <w14:defaultImageDpi w14:val="300"/>
  <w15:docId w15:val="{3267D143-1CF7-404D-8DF0-FD679EBE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Muszyńska Katarzyna</cp:lastModifiedBy>
  <cp:revision>7</cp:revision>
  <dcterms:created xsi:type="dcterms:W3CDTF">2025-11-30T22:53:00Z</dcterms:created>
  <dcterms:modified xsi:type="dcterms:W3CDTF">2026-03-24T06:32:00Z</dcterms:modified>
  <cp:category/>
</cp:coreProperties>
</file>