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9CE52" w14:textId="77777777" w:rsidR="00437269" w:rsidRDefault="00437269" w:rsidP="00437269">
      <w:pPr>
        <w:rPr>
          <w:rFonts w:ascii="Calibri" w:hAnsi="Calibri" w:cs="Calibri"/>
          <w:sz w:val="24"/>
          <w:szCs w:val="24"/>
        </w:rPr>
      </w:pPr>
    </w:p>
    <w:p w14:paraId="79D3F210" w14:textId="5F3759B0" w:rsidR="00437269" w:rsidRPr="00437269" w:rsidRDefault="00437269">
      <w:pPr>
        <w:rPr>
          <w:rFonts w:ascii="Calibri" w:hAnsi="Calibri" w:cs="Calibri"/>
          <w:sz w:val="24"/>
          <w:szCs w:val="24"/>
        </w:rPr>
      </w:pPr>
      <w:proofErr w:type="spellStart"/>
      <w:r w:rsidRPr="00437269">
        <w:rPr>
          <w:rFonts w:ascii="Calibri" w:hAnsi="Calibri" w:cs="Calibri"/>
          <w:sz w:val="24"/>
          <w:szCs w:val="24"/>
        </w:rPr>
        <w:t>Załącznik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nr 1. </w:t>
      </w:r>
      <w:proofErr w:type="spellStart"/>
      <w:r w:rsidRPr="00437269">
        <w:rPr>
          <w:rFonts w:ascii="Calibri" w:hAnsi="Calibri" w:cs="Calibri"/>
          <w:sz w:val="24"/>
          <w:szCs w:val="24"/>
        </w:rPr>
        <w:t>Formularz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437269">
        <w:rPr>
          <w:rFonts w:ascii="Calibri" w:hAnsi="Calibri" w:cs="Calibri"/>
          <w:sz w:val="24"/>
          <w:szCs w:val="24"/>
        </w:rPr>
        <w:t>zgłoszeniowy</w:t>
      </w:r>
      <w:proofErr w:type="spellEnd"/>
      <w:r w:rsidRPr="00437269">
        <w:rPr>
          <w:rFonts w:ascii="Calibri" w:hAnsi="Calibri" w:cs="Calibri"/>
          <w:sz w:val="24"/>
          <w:szCs w:val="24"/>
        </w:rPr>
        <w:t>.</w:t>
      </w:r>
    </w:p>
    <w:p w14:paraId="20ED66C0" w14:textId="77777777" w:rsidR="00295C2F" w:rsidRPr="00437269" w:rsidRDefault="00295C2F">
      <w:pPr>
        <w:rPr>
          <w:rFonts w:ascii="Calibri" w:hAnsi="Calibri" w:cs="Calibri"/>
          <w:sz w:val="24"/>
          <w:szCs w:val="24"/>
        </w:rPr>
      </w:pPr>
    </w:p>
    <w:p w14:paraId="5CBB8F3F" w14:textId="115B3F44" w:rsidR="009D042D" w:rsidRPr="008677CE" w:rsidRDefault="00000000" w:rsidP="008677C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37269">
        <w:rPr>
          <w:rFonts w:ascii="Calibri" w:hAnsi="Calibri" w:cs="Calibri"/>
          <w:b/>
          <w:bCs/>
          <w:sz w:val="24"/>
          <w:szCs w:val="24"/>
        </w:rPr>
        <w:t xml:space="preserve">FORMULARZ ZGŁOSZENIOWY </w:t>
      </w:r>
    </w:p>
    <w:p w14:paraId="22734FEF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DANE UCZESTNIKA:</w:t>
      </w:r>
    </w:p>
    <w:p w14:paraId="3CCE5AD1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Imię i nazwisko: .......................................................</w:t>
      </w:r>
    </w:p>
    <w:p w14:paraId="537ED958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Uczelnia i kierunek studiów: ...........................................</w:t>
      </w:r>
    </w:p>
    <w:p w14:paraId="4464E181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Rok studiów: ..............................................................</w:t>
      </w:r>
    </w:p>
    <w:p w14:paraId="6D2BF837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E-mail: ...............................................................</w:t>
      </w:r>
    </w:p>
    <w:p w14:paraId="4ADE3477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Telefon: ...............................................................</w:t>
      </w:r>
    </w:p>
    <w:p w14:paraId="498F9504" w14:textId="77777777" w:rsidR="009D042D" w:rsidRPr="00437269" w:rsidRDefault="009D042D">
      <w:pPr>
        <w:rPr>
          <w:rFonts w:ascii="Calibri" w:hAnsi="Calibri" w:cs="Calibri"/>
          <w:sz w:val="24"/>
          <w:szCs w:val="24"/>
        </w:rPr>
      </w:pPr>
    </w:p>
    <w:p w14:paraId="2454A7DA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ZGŁOSZENIE ZESPOŁOWE (opcjonalnie):</w:t>
      </w:r>
    </w:p>
    <w:p w14:paraId="5EB8112A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1. .....................................</w:t>
      </w:r>
    </w:p>
    <w:p w14:paraId="56775039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2. .....................................</w:t>
      </w:r>
    </w:p>
    <w:p w14:paraId="3A4D7DFD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3. .....................................</w:t>
      </w:r>
    </w:p>
    <w:p w14:paraId="49E7203C" w14:textId="77777777" w:rsidR="009D042D" w:rsidRPr="00437269" w:rsidRDefault="009D042D">
      <w:pPr>
        <w:rPr>
          <w:rFonts w:ascii="Calibri" w:hAnsi="Calibri" w:cs="Calibri"/>
          <w:sz w:val="24"/>
          <w:szCs w:val="24"/>
        </w:rPr>
      </w:pPr>
    </w:p>
    <w:p w14:paraId="42CC8905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Tytuł pracy konkursowej:</w:t>
      </w:r>
    </w:p>
    <w:p w14:paraId="3BB15BE2" w14:textId="77777777" w:rsidR="009D042D" w:rsidRPr="00437269" w:rsidRDefault="00000000">
      <w:pPr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..................................................................</w:t>
      </w:r>
    </w:p>
    <w:p w14:paraId="1E1EC97E" w14:textId="77777777" w:rsidR="009D042D" w:rsidRPr="00437269" w:rsidRDefault="009D042D">
      <w:pPr>
        <w:rPr>
          <w:rFonts w:ascii="Calibri" w:hAnsi="Calibri" w:cs="Calibri"/>
          <w:sz w:val="24"/>
          <w:szCs w:val="24"/>
        </w:rPr>
      </w:pPr>
    </w:p>
    <w:p w14:paraId="1E2498D4" w14:textId="7975DA4E" w:rsidR="009D042D" w:rsidRPr="00437269" w:rsidRDefault="00000000" w:rsidP="002C2E23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437269">
        <w:rPr>
          <w:rFonts w:ascii="Calibri" w:hAnsi="Calibri" w:cs="Calibri"/>
          <w:sz w:val="24"/>
          <w:szCs w:val="24"/>
        </w:rPr>
        <w:t>Oświadczam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437269">
        <w:rPr>
          <w:rFonts w:ascii="Calibri" w:hAnsi="Calibri" w:cs="Calibri"/>
          <w:sz w:val="24"/>
          <w:szCs w:val="24"/>
        </w:rPr>
        <w:t>że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437269">
        <w:rPr>
          <w:rFonts w:ascii="Calibri" w:hAnsi="Calibri" w:cs="Calibri"/>
          <w:sz w:val="24"/>
          <w:szCs w:val="24"/>
        </w:rPr>
        <w:t>zapoznałem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/am </w:t>
      </w:r>
      <w:proofErr w:type="spellStart"/>
      <w:r w:rsidRPr="00437269">
        <w:rPr>
          <w:rFonts w:ascii="Calibri" w:hAnsi="Calibri" w:cs="Calibri"/>
          <w:sz w:val="24"/>
          <w:szCs w:val="24"/>
        </w:rPr>
        <w:t>się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437269">
        <w:rPr>
          <w:rFonts w:ascii="Calibri" w:hAnsi="Calibri" w:cs="Calibri"/>
          <w:sz w:val="24"/>
          <w:szCs w:val="24"/>
        </w:rPr>
        <w:t>regulaminem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437269">
        <w:rPr>
          <w:rFonts w:ascii="Calibri" w:hAnsi="Calibri" w:cs="Calibri"/>
          <w:sz w:val="24"/>
          <w:szCs w:val="24"/>
        </w:rPr>
        <w:t>konkursu</w:t>
      </w:r>
      <w:proofErr w:type="spellEnd"/>
      <w:r w:rsidR="008677CE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="008677CE">
        <w:rPr>
          <w:rFonts w:ascii="Calibri" w:hAnsi="Calibri" w:cs="Calibri"/>
          <w:sz w:val="24"/>
          <w:szCs w:val="24"/>
        </w:rPr>
        <w:t>wykonanie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projektu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muralu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C2E23">
        <w:rPr>
          <w:rFonts w:ascii="Calibri" w:hAnsi="Calibri" w:cs="Calibri"/>
          <w:sz w:val="24"/>
          <w:szCs w:val="24"/>
        </w:rPr>
        <w:t>terapeutycznego</w:t>
      </w:r>
      <w:proofErr w:type="spellEnd"/>
      <w:r w:rsidR="002C2E23">
        <w:rPr>
          <w:rFonts w:ascii="Calibri" w:hAnsi="Calibri" w:cs="Calibri"/>
          <w:sz w:val="24"/>
          <w:szCs w:val="24"/>
        </w:rPr>
        <w:t xml:space="preserve"> </w:t>
      </w:r>
      <w:r w:rsidR="008677CE" w:rsidRPr="008677CE">
        <w:rPr>
          <w:rFonts w:ascii="Calibri" w:hAnsi="Calibri" w:cs="Calibri"/>
          <w:sz w:val="24"/>
          <w:szCs w:val="24"/>
        </w:rPr>
        <w:t xml:space="preserve">w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budynku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świetlicy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Wojewódzkiego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Szpitala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Zdrowia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Psychicznego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im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. dr. Józefa </w:t>
      </w:r>
      <w:proofErr w:type="spellStart"/>
      <w:r w:rsidR="008677CE" w:rsidRPr="008677CE">
        <w:rPr>
          <w:rFonts w:ascii="Calibri" w:hAnsi="Calibri" w:cs="Calibri"/>
          <w:sz w:val="24"/>
          <w:szCs w:val="24"/>
        </w:rPr>
        <w:t>Bednarza</w:t>
      </w:r>
      <w:proofErr w:type="spellEnd"/>
      <w:r w:rsidR="008677CE" w:rsidRPr="008677CE">
        <w:rPr>
          <w:rFonts w:ascii="Calibri" w:hAnsi="Calibri" w:cs="Calibri"/>
          <w:sz w:val="24"/>
          <w:szCs w:val="24"/>
        </w:rPr>
        <w:t xml:space="preserve"> w Świeciu </w:t>
      </w:r>
      <w:r w:rsidRPr="00437269">
        <w:rPr>
          <w:rFonts w:ascii="Calibri" w:hAnsi="Calibri" w:cs="Calibri"/>
          <w:sz w:val="24"/>
          <w:szCs w:val="24"/>
        </w:rPr>
        <w:t xml:space="preserve">i go </w:t>
      </w:r>
      <w:proofErr w:type="spellStart"/>
      <w:r w:rsidRPr="00437269">
        <w:rPr>
          <w:rFonts w:ascii="Calibri" w:hAnsi="Calibri" w:cs="Calibri"/>
          <w:sz w:val="24"/>
          <w:szCs w:val="24"/>
        </w:rPr>
        <w:t>akceptuję</w:t>
      </w:r>
      <w:proofErr w:type="spellEnd"/>
      <w:r w:rsidRPr="00437269">
        <w:rPr>
          <w:rFonts w:ascii="Calibri" w:hAnsi="Calibri" w:cs="Calibri"/>
          <w:sz w:val="24"/>
          <w:szCs w:val="24"/>
        </w:rPr>
        <w:t>.</w:t>
      </w:r>
    </w:p>
    <w:p w14:paraId="2CF90D34" w14:textId="697897C4" w:rsidR="009D042D" w:rsidRPr="00437269" w:rsidRDefault="00000000">
      <w:pPr>
        <w:rPr>
          <w:rFonts w:ascii="Calibri" w:hAnsi="Calibri" w:cs="Calibri"/>
          <w:sz w:val="24"/>
          <w:szCs w:val="24"/>
        </w:rPr>
      </w:pPr>
      <w:proofErr w:type="spellStart"/>
      <w:r w:rsidRPr="00437269">
        <w:rPr>
          <w:rFonts w:ascii="Calibri" w:hAnsi="Calibri" w:cs="Calibri"/>
          <w:sz w:val="24"/>
          <w:szCs w:val="24"/>
        </w:rPr>
        <w:t>Oświadczam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437269">
        <w:rPr>
          <w:rFonts w:ascii="Calibri" w:hAnsi="Calibri" w:cs="Calibri"/>
          <w:sz w:val="24"/>
          <w:szCs w:val="24"/>
        </w:rPr>
        <w:t>że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437269">
        <w:rPr>
          <w:rFonts w:ascii="Calibri" w:hAnsi="Calibri" w:cs="Calibri"/>
          <w:sz w:val="24"/>
          <w:szCs w:val="24"/>
        </w:rPr>
        <w:t>projekt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jest </w:t>
      </w:r>
      <w:proofErr w:type="spellStart"/>
      <w:r w:rsidRPr="00437269">
        <w:rPr>
          <w:rFonts w:ascii="Calibri" w:hAnsi="Calibri" w:cs="Calibri"/>
          <w:sz w:val="24"/>
          <w:szCs w:val="24"/>
        </w:rPr>
        <w:t>mojego</w:t>
      </w:r>
      <w:proofErr w:type="spellEnd"/>
      <w:r w:rsidRPr="004372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437269">
        <w:rPr>
          <w:rFonts w:ascii="Calibri" w:hAnsi="Calibri" w:cs="Calibri"/>
          <w:sz w:val="24"/>
          <w:szCs w:val="24"/>
        </w:rPr>
        <w:t>autorstwa</w:t>
      </w:r>
      <w:proofErr w:type="spellEnd"/>
      <w:r w:rsidRPr="00437269">
        <w:rPr>
          <w:rFonts w:ascii="Calibri" w:hAnsi="Calibri" w:cs="Calibri"/>
          <w:sz w:val="24"/>
          <w:szCs w:val="24"/>
        </w:rPr>
        <w:t>.</w:t>
      </w:r>
    </w:p>
    <w:p w14:paraId="697C4B25" w14:textId="5D590501" w:rsidR="009D042D" w:rsidRPr="00437269" w:rsidRDefault="00000000" w:rsidP="00295C2F">
      <w:pPr>
        <w:jc w:val="right"/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Data i podpis</w:t>
      </w:r>
      <w:r w:rsidR="00295C2F" w:rsidRPr="00437269">
        <w:rPr>
          <w:rFonts w:ascii="Calibri" w:hAnsi="Calibri" w:cs="Calibri"/>
          <w:sz w:val="24"/>
          <w:szCs w:val="24"/>
        </w:rPr>
        <w:t>/y</w:t>
      </w:r>
      <w:r w:rsidRPr="00437269">
        <w:rPr>
          <w:rFonts w:ascii="Calibri" w:hAnsi="Calibri" w:cs="Calibri"/>
          <w:sz w:val="24"/>
          <w:szCs w:val="24"/>
        </w:rPr>
        <w:t>:</w:t>
      </w:r>
    </w:p>
    <w:p w14:paraId="605BC0AD" w14:textId="77777777" w:rsidR="009D042D" w:rsidRPr="00437269" w:rsidRDefault="00000000" w:rsidP="00295C2F">
      <w:pPr>
        <w:jc w:val="right"/>
        <w:rPr>
          <w:rFonts w:ascii="Calibri" w:hAnsi="Calibri" w:cs="Calibri"/>
          <w:sz w:val="24"/>
          <w:szCs w:val="24"/>
        </w:rPr>
      </w:pPr>
      <w:r w:rsidRPr="00437269">
        <w:rPr>
          <w:rFonts w:ascii="Calibri" w:hAnsi="Calibri" w:cs="Calibri"/>
          <w:sz w:val="24"/>
          <w:szCs w:val="24"/>
        </w:rPr>
        <w:t>.............................................................</w:t>
      </w:r>
    </w:p>
    <w:sectPr w:rsidR="009D042D" w:rsidRPr="00437269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4C598" w14:textId="77777777" w:rsidR="001F07D6" w:rsidRDefault="001F07D6" w:rsidP="00295C2F">
      <w:pPr>
        <w:spacing w:after="0" w:line="240" w:lineRule="auto"/>
      </w:pPr>
      <w:r>
        <w:separator/>
      </w:r>
    </w:p>
  </w:endnote>
  <w:endnote w:type="continuationSeparator" w:id="0">
    <w:p w14:paraId="2A567960" w14:textId="77777777" w:rsidR="001F07D6" w:rsidRDefault="001F07D6" w:rsidP="0029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0D1B" w14:textId="77777777" w:rsidR="001F07D6" w:rsidRDefault="001F07D6" w:rsidP="00295C2F">
      <w:pPr>
        <w:spacing w:after="0" w:line="240" w:lineRule="auto"/>
      </w:pPr>
      <w:r>
        <w:separator/>
      </w:r>
    </w:p>
  </w:footnote>
  <w:footnote w:type="continuationSeparator" w:id="0">
    <w:p w14:paraId="7396F7E7" w14:textId="77777777" w:rsidR="001F07D6" w:rsidRDefault="001F07D6" w:rsidP="00295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A60F" w14:textId="18452DEE" w:rsidR="00295C2F" w:rsidRDefault="00295C2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FFCED7" wp14:editId="2251F02B">
          <wp:simplePos x="0" y="0"/>
          <wp:positionH relativeFrom="margin">
            <wp:posOffset>114300</wp:posOffset>
          </wp:positionH>
          <wp:positionV relativeFrom="paragraph">
            <wp:posOffset>-236220</wp:posOffset>
          </wp:positionV>
          <wp:extent cx="5762625" cy="1047750"/>
          <wp:effectExtent l="0" t="0" r="9525" b="0"/>
          <wp:wrapNone/>
          <wp:docPr id="1682440744" name="Obraz 1682440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5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4457335">
    <w:abstractNumId w:val="8"/>
  </w:num>
  <w:num w:numId="2" w16cid:durableId="1272739565">
    <w:abstractNumId w:val="6"/>
  </w:num>
  <w:num w:numId="3" w16cid:durableId="2044667107">
    <w:abstractNumId w:val="5"/>
  </w:num>
  <w:num w:numId="4" w16cid:durableId="757598413">
    <w:abstractNumId w:val="4"/>
  </w:num>
  <w:num w:numId="5" w16cid:durableId="1955552322">
    <w:abstractNumId w:val="7"/>
  </w:num>
  <w:num w:numId="6" w16cid:durableId="1555505887">
    <w:abstractNumId w:val="3"/>
  </w:num>
  <w:num w:numId="7" w16cid:durableId="1354455478">
    <w:abstractNumId w:val="2"/>
  </w:num>
  <w:num w:numId="8" w16cid:durableId="1181820128">
    <w:abstractNumId w:val="1"/>
  </w:num>
  <w:num w:numId="9" w16cid:durableId="57104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7D6"/>
    <w:rsid w:val="00295C2F"/>
    <w:rsid w:val="0029639D"/>
    <w:rsid w:val="002C2E23"/>
    <w:rsid w:val="00326F90"/>
    <w:rsid w:val="003973E6"/>
    <w:rsid w:val="003B7E9D"/>
    <w:rsid w:val="00437269"/>
    <w:rsid w:val="00507692"/>
    <w:rsid w:val="008677CE"/>
    <w:rsid w:val="00885EC6"/>
    <w:rsid w:val="009D042D"/>
    <w:rsid w:val="00A61798"/>
    <w:rsid w:val="00AA1D8D"/>
    <w:rsid w:val="00AD1B69"/>
    <w:rsid w:val="00B47730"/>
    <w:rsid w:val="00CB0664"/>
    <w:rsid w:val="00CF07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D3E54"/>
  <w14:defaultImageDpi w14:val="300"/>
  <w15:docId w15:val="{3267D143-1CF7-404D-8DF0-FD679EBE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Szpital Psychiatryczny</cp:lastModifiedBy>
  <cp:revision>5</cp:revision>
  <dcterms:created xsi:type="dcterms:W3CDTF">2025-11-30T22:50:00Z</dcterms:created>
  <dcterms:modified xsi:type="dcterms:W3CDTF">2025-12-01T13:10:00Z</dcterms:modified>
  <cp:category/>
</cp:coreProperties>
</file>